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One-page AI pilot proposal (fill-in template)</w:t>
      </w:r>
    </w:p>
    <w:p>
      <w:r>
        <w:t>Education, not legal, compliance, or HIPAA advice. Have a qualified professional review anything involving sensitive data.</w:t>
      </w:r>
    </w:p>
    <w:p>
      <w:r>
        <w:t>To: [Owner / manager name]  From: [Your name, role]  Date: [date]</w:t>
      </w:r>
    </w:p>
    <w:p>
      <w:pPr>
        <w:pStyle w:val="Heading1"/>
      </w:pPr>
      <w:r>
        <w:t>1. The problem (1–3 pain points)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#</w:t>
            </w:r>
          </w:p>
        </w:tc>
        <w:tc>
          <w:tcPr>
            <w:tcW w:type="dxa" w:w="1440"/>
          </w:tcPr>
          <w:p>
            <w:r>
              <w:t>Task</w:t>
            </w:r>
          </w:p>
        </w:tc>
        <w:tc>
          <w:tcPr>
            <w:tcW w:type="dxa" w:w="1440"/>
          </w:tcPr>
          <w:p>
            <w:r>
              <w:t>Who does it</w:t>
            </w:r>
          </w:p>
        </w:tc>
        <w:tc>
          <w:tcPr>
            <w:tcW w:type="dxa" w:w="1440"/>
          </w:tcPr>
          <w:p>
            <w:r>
              <w:t>How often</w:t>
            </w:r>
          </w:p>
        </w:tc>
        <w:tc>
          <w:tcPr>
            <w:tcW w:type="dxa" w:w="1440"/>
          </w:tcPr>
          <w:p>
            <w:r>
              <w:t>Minutes each time (baseline)</w:t>
            </w:r>
          </w:p>
        </w:tc>
        <w:tc>
          <w:tcPr>
            <w:tcW w:type="dxa" w:w="1440"/>
          </w:tcPr>
          <w:p>
            <w:r>
              <w:t>Minutes per month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[e.g., replying to quote requests]</w:t>
            </w:r>
          </w:p>
        </w:tc>
        <w:tc>
          <w:tcPr>
            <w:tcW w:type="dxa" w:w="1440"/>
          </w:tcPr>
          <w:p>
            <w:r>
              <w:t>[role]</w:t>
            </w:r>
          </w:p>
        </w:tc>
        <w:tc>
          <w:tcPr>
            <w:tcW w:type="dxa" w:w="1440"/>
          </w:tcPr>
          <w:p>
            <w:r>
              <w:t>[x/week]</w:t>
            </w:r>
          </w:p>
        </w:tc>
        <w:tc>
          <w:tcPr>
            <w:tcW w:type="dxa" w:w="1440"/>
          </w:tcPr>
          <w:p>
            <w:r>
              <w:t>[min]</w:t>
            </w:r>
          </w:p>
        </w:tc>
        <w:tc>
          <w:tcPr>
            <w:tcW w:type="dxa" w:w="1440"/>
          </w:tcPr>
          <w:p>
            <w:r>
              <w:t>[calc]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1"/>
      </w:pPr>
      <w:r>
        <w:t>2. The proposal</w:t>
      </w:r>
    </w:p>
    <w:p>
      <w:r>
        <w:t>A [3–4]-week pilot of [tool + plan] for [1–3 people] on the tasks above.</w:t>
      </w:r>
    </w:p>
    <w:p>
      <w:r>
        <w:t>Data allowed: Green (public/generic) and Yellow (internal, names removed) only. No Red data (health, SSNs, card/bank numbers, passwords, HR files).</w:t>
      </w:r>
    </w:p>
    <w:p>
      <w:pPr>
        <w:pStyle w:val="Heading1"/>
      </w:pPr>
      <w:r>
        <w:t>3. Why this tool (compared)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Option A: [already-paid tool]</w:t>
            </w:r>
          </w:p>
        </w:tc>
        <w:tc>
          <w:tcPr>
            <w:tcW w:type="dxa" w:w="2160"/>
          </w:tcPr>
          <w:p>
            <w:r>
              <w:t>Option B: [tool]</w:t>
            </w:r>
          </w:p>
        </w:tc>
        <w:tc>
          <w:tcPr>
            <w:tcW w:type="dxa" w:w="2160"/>
          </w:tcPr>
          <w:p>
            <w:r>
              <w:t>Option C: [tool]</w:t>
            </w:r>
          </w:p>
        </w:tc>
      </w:tr>
      <w:tr>
        <w:tc>
          <w:tcPr>
            <w:tcW w:type="dxa" w:w="2160"/>
          </w:tcPr>
          <w:p>
            <w:r>
              <w:t>Monthly cost for [N] people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Trains on our data by default?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BAA available (if we need it)?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Admin controls (SSO, remove users, retention)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Ease for our team (1–5)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Source + date checked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1"/>
      </w:pPr>
      <w:r>
        <w:t>4. Cost and expected return</w:t>
      </w:r>
    </w:p>
    <w:p>
      <w:pPr>
        <w:pStyle w:val="ListBullet"/>
      </w:pPr>
      <w:r>
        <w:t>Pilot cost: $[x] (or $0 if already included).</w:t>
      </w:r>
    </w:p>
    <w:p>
      <w:pPr>
        <w:pStyle w:val="ListBullet"/>
      </w:pPr>
      <w:r>
        <w:t>Time saved if pilot hits target: [minutes/month] × $[loaded hourly rate] / 60 = $[value]/month (estimate).</w:t>
      </w:r>
    </w:p>
    <w:p>
      <w:pPr>
        <w:pStyle w:val="ListBullet"/>
      </w:pPr>
      <w:r>
        <w:t>Break-even: [cost ÷ value] months. These are estimates; the pilot will measure them.</w:t>
      </w:r>
    </w:p>
    <w:p>
      <w:pPr>
        <w:pStyle w:val="Heading1"/>
      </w:pPr>
      <w:r>
        <w:t>5. Safeguards</w:t>
      </w:r>
    </w:p>
    <w:p>
      <w:pPr>
        <w:pStyle w:val="ListBullet"/>
      </w:pPr>
      <w:r>
        <w:t>One login per person with 2-step login; remove access same day someone leaves.</w:t>
      </w:r>
    </w:p>
    <w:p>
      <w:pPr>
        <w:pStyle w:val="ListBullet"/>
      </w:pPr>
      <w:r>
        <w:t>A human reviews everything before it goes to a customer.</w:t>
      </w:r>
    </w:p>
    <w:p>
      <w:pPr>
        <w:pStyle w:val="ListBullet"/>
      </w:pPr>
      <w:r>
        <w:t>Follow the one-page AI policy (attached): approved tools, data colors, review rule.</w:t>
      </w:r>
    </w:p>
    <w:p>
      <w:pPr>
        <w:pStyle w:val="ListBullet"/>
      </w:pPr>
      <w:r>
        <w:t>Turn off model training where the plan allows it; confirm in settings.</w:t>
      </w:r>
    </w:p>
    <w:p>
      <w:pPr>
        <w:pStyle w:val="Heading1"/>
      </w:pPr>
      <w:r>
        <w:t>6. How we'll judge success (decide at week [4])</w:t>
      </w:r>
    </w:p>
    <w:p>
      <w:pPr>
        <w:pStyle w:val="ListBullet"/>
      </w:pPr>
      <w:r>
        <w:t>Minutes per task drop by at least [30]%.</w:t>
      </w:r>
    </w:p>
    <w:p>
      <w:pPr>
        <w:pStyle w:val="ListBullet"/>
      </w:pPr>
      <w:r>
        <w:t>Fewer than [1 in 10] drafts need major rework.</w:t>
      </w:r>
    </w:p>
    <w:p>
      <w:pPr>
        <w:pStyle w:val="ListBullet"/>
      </w:pPr>
      <w:r>
        <w:t>Zero data incidents.</w:t>
      </w:r>
    </w:p>
    <w:p>
      <w:pPr>
        <w:pStyle w:val="ListBullet"/>
      </w:pPr>
      <w:r>
        <w:t>Team rating of 4/5 or better.</w:t>
      </w:r>
    </w:p>
    <w:p>
      <w:pPr>
        <w:pStyle w:val="Heading1"/>
      </w:pPr>
      <w:r>
        <w:t>7. Decision needed</w:t>
      </w:r>
    </w:p>
    <w:p>
      <w:r>
        <w:t>☐ Approve the pilot as written  ☐ Approve with changes: ________  ☐ Not now</w:t>
      </w:r>
    </w:p>
    <w:p>
      <w:pPr>
        <w:pStyle w:val="Heading2"/>
      </w:pPr>
      <w:r>
        <w:t>5-slide outline (if you present it)</w:t>
      </w:r>
    </w:p>
    <w:p>
      <w:pPr>
        <w:pStyle w:val="ListNumber"/>
      </w:pPr>
      <w:r>
        <w:t>The problem: 1–3 tasks, baseline minutes, cost of that time.</w:t>
      </w:r>
    </w:p>
    <w:p>
      <w:pPr>
        <w:pStyle w:val="ListNumber"/>
      </w:pPr>
      <w:r>
        <w:t>The pilot: who, what, how long, which data is allowed.</w:t>
      </w:r>
    </w:p>
    <w:p>
      <w:pPr>
        <w:pStyle w:val="ListNumber"/>
      </w:pPr>
      <w:r>
        <w:t>Options compared: cost, privacy/training, BAA, admin, ease (table above).</w:t>
      </w:r>
    </w:p>
    <w:p>
      <w:pPr>
        <w:pStyle w:val="ListNumber"/>
      </w:pPr>
      <w:r>
        <w:t>Risks &amp; safeguards: data colors, human review, access controls, what we won't do.</w:t>
      </w:r>
    </w:p>
    <w:p>
      <w:pPr>
        <w:pStyle w:val="ListNumber"/>
      </w:pPr>
      <w:r>
        <w:t>Ask &amp; success criteria: budget, dates, how we'll decide to stop, keep, or expand.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